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</w:pPr>
      <w:r>
        <w:t>Leave and License Agreement Format (India)</w:t>
      </w:r>
    </w:p>
    <w:p>
      <w:pPr>
        <w:pStyle w:val="Heading2"/>
      </w:pPr>
      <w:r>
        <w:t>Parties</w:t>
      </w:r>
    </w:p>
    <w:p>
      <w:r>
        <w:t>This Leave and License Agreement is made and entered into on this __ day of ________, 20__ between:</w:t>
      </w:r>
    </w:p>
    <w:p>
      <w:r>
        <w:t>Mr./Mrs. ___________________, residing at __________________________ (hereinafter referred to as the 'Licensor'),</w:t>
      </w:r>
    </w:p>
    <w:p>
      <w:r>
        <w:t>AND</w:t>
      </w:r>
    </w:p>
    <w:p>
      <w:r>
        <w:t>Mr./Mrs. ___________________, residing at __________________________ (hereinafter referred to as the 'Licensee').</w:t>
      </w:r>
    </w:p>
    <w:p>
      <w:pPr>
        <w:pStyle w:val="Heading2"/>
      </w:pPr>
      <w:r>
        <w:t>Premises</w:t>
      </w:r>
    </w:p>
    <w:p>
      <w:r>
        <w:t>The Licensor agrees to grant the Licensee permission to occupy the premises located at __________________________________________ (the 'Premises') for residential/commercial use.</w:t>
      </w:r>
    </w:p>
    <w:p>
      <w:pPr>
        <w:pStyle w:val="Heading2"/>
      </w:pPr>
      <w:r>
        <w:t>Term</w:t>
      </w:r>
    </w:p>
    <w:p>
      <w:r>
        <w:t>The term of this Agreement shall be for a period of 11 months commencing from __/__/20__ to __/__/20__.</w:t>
      </w:r>
    </w:p>
    <w:p>
      <w:pPr>
        <w:pStyle w:val="Heading2"/>
      </w:pPr>
      <w:r>
        <w:t>License Fee</w:t>
      </w:r>
    </w:p>
    <w:p>
      <w:r>
        <w:t>The Licensee agrees to pay a monthly license fee of ₹__________, payable on or before the 5th of each calendar month.</w:t>
      </w:r>
    </w:p>
    <w:p>
      <w:pPr>
        <w:pStyle w:val="Heading2"/>
      </w:pPr>
      <w:r>
        <w:t>Security Deposit</w:t>
      </w:r>
    </w:p>
    <w:p>
      <w:r>
        <w:t>The Licensee shall pay a refundable security deposit of ₹__________, to be returned after deductions, if any, upon termination of this agreement.</w:t>
      </w:r>
    </w:p>
    <w:p>
      <w:pPr>
        <w:pStyle w:val="Heading2"/>
      </w:pPr>
      <w:r>
        <w:t>Utilities &amp; Maintenance</w:t>
      </w:r>
    </w:p>
    <w:p>
      <w:r>
        <w:t>The Licensee shall bear all charges for electricity, water, gas, internet, and any other utilities used during the term.</w:t>
      </w:r>
    </w:p>
    <w:p>
      <w:r>
        <w:t>The Licensee shall maintain the premises in good condition and return it in the same state, subject to normal wear and tear.</w:t>
      </w:r>
    </w:p>
    <w:p>
      <w:pPr>
        <w:pStyle w:val="Heading2"/>
      </w:pPr>
      <w:r>
        <w:t>Termination</w:t>
      </w:r>
    </w:p>
    <w:p>
      <w:r>
        <w:t>Either party may terminate this agreement by giving 30 days’ written notice.</w:t>
      </w:r>
    </w:p>
    <w:p>
      <w:r>
        <w:t>In case of violation of terms, the Licensor may terminate the agreement immediately.</w:t>
      </w:r>
    </w:p>
    <w:p>
      <w:pPr>
        <w:pStyle w:val="Heading2"/>
      </w:pPr>
      <w:r>
        <w:t>Restrictions</w:t>
      </w:r>
    </w:p>
    <w:p>
      <w:r>
        <w:t>The Licensee shall not sub-license, assign, or transfer their rights under this agreement.</w:t>
      </w:r>
    </w:p>
    <w:p>
      <w:r>
        <w:t>No structural changes shall be made without prior written consent of the Licensor.</w:t>
      </w:r>
    </w:p>
    <w:p>
      <w:pPr>
        <w:pStyle w:val="Heading2"/>
      </w:pPr>
      <w:r>
        <w:t>Registration</w:t>
      </w:r>
    </w:p>
    <w:p>
      <w:r>
        <w:t>This agreement shall be executed on stamp paper of appropriate value and may be registered under applicable law.</w:t>
      </w:r>
    </w:p>
    <w:p>
      <w:pPr>
        <w:pStyle w:val="Heading2"/>
      </w:pPr>
      <w:r>
        <w:t>Dispute Resolution</w:t>
      </w:r>
    </w:p>
    <w:p>
      <w:r>
        <w:t>Any disputes arising out of this agreement shall be subject to jurisdiction of courts at __________.</w:t>
      </w:r>
    </w:p>
    <w:p>
      <w:pPr>
        <w:pStyle w:val="Heading2"/>
      </w:pPr>
      <w:r>
        <w:t>Signatures</w:t>
      </w:r>
    </w:p>
    <w:p>
      <w:r>
        <w:t>IN WITNESS WHEREOF, the parties hereto have executed this Leave and License Agreement as on the date first mentioned above.</w:t>
      </w:r>
    </w:p>
    <w:p>
      <w:r>
        <w:t>Licensor Signature: ____________________</w:t>
      </w:r>
    </w:p>
    <w:p>
      <w:r>
        <w:t>Licensee Signature: ____________________</w:t>
      </w:r>
    </w:p>
    <w:p>
      <w:r>
        <w:t>Witness 1: Name: ___________ Signature: ___________</w:t>
      </w:r>
    </w:p>
    <w:p>
      <w:r>
        <w:t>Witness 2: Name: ___________ Signature: ___________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